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5A0EC" w14:textId="77777777" w:rsidR="00D230E5" w:rsidRPr="00FD42D3" w:rsidRDefault="00000000">
      <w:pPr>
        <w:spacing w:after="0"/>
        <w:jc w:val="right"/>
        <w:rPr>
          <w:lang w:val="it-IT"/>
        </w:rPr>
      </w:pPr>
      <w:r w:rsidRPr="00FD42D3">
        <w:rPr>
          <w:b/>
          <w:lang w:val="it-IT"/>
        </w:rPr>
        <w:t>ALLA DIRIGENTE SCOLASTICA</w:t>
      </w:r>
    </w:p>
    <w:p w14:paraId="61BB5C5E" w14:textId="0B07D8EF" w:rsidR="00D230E5" w:rsidRPr="00FD42D3" w:rsidRDefault="00000000">
      <w:pPr>
        <w:spacing w:after="120"/>
        <w:jc w:val="right"/>
        <w:rPr>
          <w:lang w:val="it-IT"/>
        </w:rPr>
      </w:pPr>
      <w:r w:rsidRPr="00FD42D3">
        <w:rPr>
          <w:b/>
          <w:lang w:val="it-IT"/>
        </w:rPr>
        <w:t xml:space="preserve">DELL’I.I.S. </w:t>
      </w:r>
      <w:r w:rsidR="00CC7849" w:rsidRPr="00FD42D3">
        <w:rPr>
          <w:b/>
          <w:lang w:val="it-IT"/>
        </w:rPr>
        <w:t>V. GIUSTINIANI BASSANO ROMANO</w:t>
      </w:r>
    </w:p>
    <w:p w14:paraId="0E051B97" w14:textId="77777777" w:rsidR="001F78B7" w:rsidRPr="00FD42D3" w:rsidRDefault="001F78B7">
      <w:pPr>
        <w:spacing w:after="20"/>
        <w:jc w:val="center"/>
        <w:rPr>
          <w:b/>
          <w:sz w:val="28"/>
          <w:lang w:val="it-IT"/>
        </w:rPr>
      </w:pPr>
    </w:p>
    <w:p w14:paraId="21F09EB3" w14:textId="77777777" w:rsidR="001F78B7" w:rsidRPr="00FD42D3" w:rsidRDefault="001F78B7">
      <w:pPr>
        <w:spacing w:after="20"/>
        <w:jc w:val="center"/>
        <w:rPr>
          <w:b/>
          <w:sz w:val="28"/>
          <w:lang w:val="it-IT"/>
        </w:rPr>
      </w:pPr>
    </w:p>
    <w:p w14:paraId="6BD36BCC" w14:textId="5D1CBFD5" w:rsidR="00D230E5" w:rsidRPr="00FD42D3" w:rsidRDefault="00000000">
      <w:pPr>
        <w:spacing w:after="20"/>
        <w:jc w:val="center"/>
        <w:rPr>
          <w:lang w:val="it-IT"/>
        </w:rPr>
      </w:pPr>
      <w:r w:rsidRPr="00FD42D3">
        <w:rPr>
          <w:b/>
          <w:sz w:val="28"/>
          <w:lang w:val="it-IT"/>
        </w:rPr>
        <w:t xml:space="preserve">MODULO </w:t>
      </w:r>
      <w:r w:rsidR="009761DB" w:rsidRPr="00FD42D3">
        <w:rPr>
          <w:b/>
          <w:sz w:val="28"/>
          <w:lang w:val="it-IT"/>
        </w:rPr>
        <w:t>PROPOSTA/</w:t>
      </w:r>
      <w:r w:rsidRPr="00FD42D3">
        <w:rPr>
          <w:b/>
          <w:sz w:val="28"/>
          <w:lang w:val="it-IT"/>
        </w:rPr>
        <w:t>RICHIESTA</w:t>
      </w:r>
    </w:p>
    <w:p w14:paraId="007DD687" w14:textId="77777777" w:rsidR="00D230E5" w:rsidRPr="00FD42D3" w:rsidRDefault="00000000">
      <w:pPr>
        <w:spacing w:after="80"/>
        <w:jc w:val="center"/>
        <w:rPr>
          <w:lang w:val="it-IT"/>
        </w:rPr>
      </w:pPr>
      <w:r w:rsidRPr="00FD42D3">
        <w:rPr>
          <w:sz w:val="21"/>
          <w:lang w:val="it-IT"/>
        </w:rPr>
        <w:t>Anno scolastico 2026/2027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0530"/>
      </w:tblGrid>
      <w:tr w:rsidR="00D230E5" w:rsidRPr="00FD42D3" w14:paraId="4CDD2000" w14:textId="77777777">
        <w:trPr>
          <w:jc w:val="center"/>
        </w:trPr>
        <w:tc>
          <w:tcPr>
            <w:tcW w:w="10540" w:type="dxa"/>
            <w:shd w:val="clear" w:color="auto" w:fill="EAF2F8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769BAA31" w14:textId="77777777" w:rsidR="00D230E5" w:rsidRPr="00FD42D3" w:rsidRDefault="00000000">
            <w:pPr>
              <w:rPr>
                <w:lang w:val="it-IT"/>
              </w:rPr>
            </w:pPr>
            <w:r w:rsidRPr="00FD42D3">
              <w:rPr>
                <w:b/>
                <w:lang w:val="it-IT"/>
              </w:rPr>
              <w:t xml:space="preserve">ISTRUZIONI PER IL DOCENTE: </w:t>
            </w:r>
            <w:r w:rsidRPr="00FD42D3">
              <w:rPr>
                <w:lang w:val="it-IT"/>
              </w:rPr>
              <w:t>compilare le sezioni 1-8 in modo chiaro e sintetico. La finalità educativa, il collegamento al PTOF e le attività previste sono gli elementi principali. Se un dato economico o organizzativo non è ancora noto, può essere lasciato in bianco.</w:t>
            </w:r>
          </w:p>
        </w:tc>
      </w:tr>
    </w:tbl>
    <w:p w14:paraId="5A216B4D" w14:textId="77777777" w:rsidR="00D230E5" w:rsidRDefault="00000000">
      <w:pPr>
        <w:pStyle w:val="SectionTitleUnified"/>
      </w:pPr>
      <w:r>
        <w:t>1. DOCENTE PROPONENTE E TIPOLOGIA DELL’INIZIATIVA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7087"/>
      </w:tblGrid>
      <w:tr w:rsidR="00D230E5" w14:paraId="4064CD77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F1E57DE" w14:textId="77777777" w:rsidR="00D230E5" w:rsidRDefault="00000000">
            <w:r>
              <w:t>Docente proponente / referente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A1DB2E4" w14:textId="77777777" w:rsidR="00D230E5" w:rsidRDefault="00D230E5"/>
        </w:tc>
      </w:tr>
      <w:tr w:rsidR="00D230E5" w14:paraId="07100048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62B12A3" w14:textId="77777777" w:rsidR="00D230E5" w:rsidRDefault="00000000">
            <w:r>
              <w:t>Disciplina / dipartimento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D76F132" w14:textId="77777777" w:rsidR="00D230E5" w:rsidRDefault="00D230E5"/>
        </w:tc>
      </w:tr>
      <w:tr w:rsidR="00D230E5" w:rsidRPr="00FD42D3" w14:paraId="4F00F051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BE77A0A" w14:textId="77777777" w:rsidR="00D230E5" w:rsidRPr="00FD42D3" w:rsidRDefault="00000000">
            <w:pPr>
              <w:rPr>
                <w:lang w:val="it-IT"/>
              </w:rPr>
            </w:pPr>
            <w:r w:rsidRPr="00FD42D3">
              <w:rPr>
                <w:lang w:val="it-IT"/>
              </w:rPr>
              <w:t>Consiglio/i di classe proponente/i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A4187BB" w14:textId="77777777" w:rsidR="00D230E5" w:rsidRPr="00FD42D3" w:rsidRDefault="00D230E5">
            <w:pPr>
              <w:rPr>
                <w:lang w:val="it-IT"/>
              </w:rPr>
            </w:pPr>
          </w:p>
        </w:tc>
      </w:tr>
    </w:tbl>
    <w:p w14:paraId="72103607" w14:textId="742ADEF1" w:rsidR="00D230E5" w:rsidRPr="00FD42D3" w:rsidRDefault="00000000">
      <w:pPr>
        <w:spacing w:before="40"/>
        <w:rPr>
          <w:lang w:val="it-IT"/>
        </w:rPr>
      </w:pPr>
      <w:r w:rsidRPr="00FD42D3">
        <w:rPr>
          <w:lang w:val="it-IT"/>
        </w:rPr>
        <w:t>☐ Uscita didattica 1 giorno</w:t>
      </w:r>
      <w:r w:rsidR="008C24F3" w:rsidRPr="00FD42D3">
        <w:rPr>
          <w:lang w:val="it-IT"/>
        </w:rPr>
        <w:t xml:space="preserve">      </w:t>
      </w:r>
      <w:r w:rsidRPr="00FD42D3">
        <w:rPr>
          <w:lang w:val="it-IT"/>
        </w:rPr>
        <w:t xml:space="preserve">   ☐ Viaggio culturale in Italia</w:t>
      </w:r>
      <w:r w:rsidRPr="00FD42D3">
        <w:rPr>
          <w:lang w:val="it-IT"/>
        </w:rPr>
        <w:br/>
        <w:t>☐ Viaggio culturale all’estero    ☐ Stage / corso di lingua all’estero</w:t>
      </w:r>
      <w:r w:rsidRPr="00FD42D3">
        <w:rPr>
          <w:lang w:val="it-IT"/>
        </w:rPr>
        <w:br/>
        <w:t>☐ Viaggio della memoria    ☐ Campo scuola / attività sportiva</w:t>
      </w:r>
      <w:r w:rsidRPr="00FD42D3">
        <w:rPr>
          <w:lang w:val="it-IT"/>
        </w:rPr>
        <w:br/>
        <w:t xml:space="preserve">☐ </w:t>
      </w:r>
      <w:r w:rsidR="003B33C5" w:rsidRPr="00FD42D3">
        <w:rPr>
          <w:lang w:val="it-IT"/>
        </w:rPr>
        <w:t>FSL</w:t>
      </w:r>
      <w:r w:rsidRPr="00FD42D3">
        <w:rPr>
          <w:lang w:val="it-IT"/>
        </w:rPr>
        <w:t xml:space="preserve"> / orientamento / progetto formativo    ☐ Erasmus / scambio culturale</w:t>
      </w:r>
      <w:r w:rsidRPr="00FD42D3">
        <w:rPr>
          <w:lang w:val="it-IT"/>
        </w:rPr>
        <w:br/>
        <w:t xml:space="preserve">☐ Altro: ________________________________    </w:t>
      </w:r>
    </w:p>
    <w:p w14:paraId="72F5AC3E" w14:textId="77777777" w:rsidR="00D230E5" w:rsidRDefault="00000000">
      <w:pPr>
        <w:pStyle w:val="SectionTitleUnified"/>
      </w:pPr>
      <w:r>
        <w:t>2. DESTINATARI, DESTINAZIONE, PERIODO E DURATA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7087"/>
      </w:tblGrid>
      <w:tr w:rsidR="00D230E5" w14:paraId="620B5725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5DDB08C" w14:textId="77777777" w:rsidR="00D230E5" w:rsidRDefault="00000000">
            <w:r>
              <w:t>Classe/i – sezione/i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4CAC599" w14:textId="77777777" w:rsidR="00D230E5" w:rsidRDefault="00D230E5"/>
        </w:tc>
      </w:tr>
      <w:tr w:rsidR="00D230E5" w14:paraId="566D0243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81B1B1A" w14:textId="77777777" w:rsidR="00D230E5" w:rsidRDefault="00000000">
            <w:r>
              <w:t>Indirizzo/i di studi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2EBAD87" w14:textId="77777777" w:rsidR="00D230E5" w:rsidRDefault="00D230E5"/>
        </w:tc>
      </w:tr>
      <w:tr w:rsidR="00D230E5" w14:paraId="38C8120F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EFCA5AC" w14:textId="77777777" w:rsidR="00D230E5" w:rsidRDefault="00000000">
            <w:r>
              <w:t>Studenti partecipanti (n. indicativo)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D6C8F74" w14:textId="77777777" w:rsidR="00D230E5" w:rsidRDefault="00D230E5"/>
        </w:tc>
      </w:tr>
      <w:tr w:rsidR="00D230E5" w14:paraId="5A9A504F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E6996C6" w14:textId="77777777" w:rsidR="00D230E5" w:rsidRDefault="00000000">
            <w:r>
              <w:t>Docenti accompagnatori (n. indicativo)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3CA1526" w14:textId="77777777" w:rsidR="00D230E5" w:rsidRDefault="00D230E5"/>
        </w:tc>
      </w:tr>
      <w:tr w:rsidR="00D230E5" w14:paraId="37F5236A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D07CA0D" w14:textId="77777777" w:rsidR="00D230E5" w:rsidRDefault="00000000">
            <w:r>
              <w:t>Destinazione / città / località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EDF4F61" w14:textId="77777777" w:rsidR="00D230E5" w:rsidRDefault="00D230E5"/>
        </w:tc>
      </w:tr>
      <w:tr w:rsidR="00D230E5" w:rsidRPr="00FD42D3" w14:paraId="54C20E15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25C77EB" w14:textId="77777777" w:rsidR="00D230E5" w:rsidRPr="00FD42D3" w:rsidRDefault="00000000">
            <w:pPr>
              <w:rPr>
                <w:lang w:val="it-IT"/>
              </w:rPr>
            </w:pPr>
            <w:r w:rsidRPr="00FD42D3">
              <w:rPr>
                <w:lang w:val="it-IT"/>
              </w:rPr>
              <w:t>Luogo/i o struttura/e da visitare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071471E" w14:textId="77777777" w:rsidR="00D230E5" w:rsidRPr="00FD42D3" w:rsidRDefault="00D230E5">
            <w:pPr>
              <w:rPr>
                <w:lang w:val="it-IT"/>
              </w:rPr>
            </w:pPr>
          </w:p>
        </w:tc>
      </w:tr>
      <w:tr w:rsidR="00D230E5" w14:paraId="41840BB1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3A320B5" w14:textId="77777777" w:rsidR="00D230E5" w:rsidRDefault="00000000">
            <w:proofErr w:type="spellStart"/>
            <w:r>
              <w:t>Periodo</w:t>
            </w:r>
            <w:proofErr w:type="spellEnd"/>
            <w:r>
              <w:t xml:space="preserve"> / data </w:t>
            </w:r>
            <w:proofErr w:type="spellStart"/>
            <w:r>
              <w:t>proposta</w:t>
            </w:r>
            <w:proofErr w:type="spellEnd"/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42A9ADF" w14:textId="77777777" w:rsidR="00D230E5" w:rsidRDefault="00D230E5"/>
        </w:tc>
      </w:tr>
      <w:tr w:rsidR="00D230E5" w14:paraId="6A962911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1C1655D" w14:textId="77777777" w:rsidR="00D230E5" w:rsidRDefault="00000000">
            <w:r>
              <w:t>Durata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35A4F03" w14:textId="77777777" w:rsidR="00D230E5" w:rsidRDefault="00000000">
            <w:r>
              <w:t>n. ______ giorni     n. ______ notti</w:t>
            </w:r>
          </w:p>
        </w:tc>
      </w:tr>
    </w:tbl>
    <w:p w14:paraId="1DB24F37" w14:textId="77777777" w:rsidR="00D230E5" w:rsidRDefault="00000000">
      <w:r>
        <w:rPr>
          <w:b/>
        </w:rPr>
        <w:t xml:space="preserve">Eventuale periodo/data alternativa: </w:t>
      </w:r>
      <w:r>
        <w:t>____________________________________________________________</w:t>
      </w:r>
    </w:p>
    <w:p w14:paraId="5C95A2E2" w14:textId="4DC5470E" w:rsidR="00D230E5" w:rsidRDefault="00000000">
      <w:pPr>
        <w:pStyle w:val="SectionTitleUnified"/>
      </w:pPr>
      <w:r>
        <w:t xml:space="preserve">3. FINALITÀ EDUCATIVA </w:t>
      </w:r>
    </w:p>
    <w:p w14:paraId="739690E4" w14:textId="583EE698" w:rsidR="00D230E5" w:rsidRPr="00FD42D3" w:rsidRDefault="00000000">
      <w:pPr>
        <w:rPr>
          <w:lang w:val="it-IT"/>
        </w:rPr>
      </w:pPr>
      <w:r w:rsidRPr="00FD42D3">
        <w:rPr>
          <w:lang w:val="it-IT"/>
        </w:rPr>
        <w:t>☐ Approfondimento storico / artistico / culturale    ☐ Potenziamento linguistico</w:t>
      </w:r>
      <w:r w:rsidRPr="00FD42D3">
        <w:rPr>
          <w:lang w:val="it-IT"/>
        </w:rPr>
        <w:br/>
        <w:t>☐ Educazione civica / legalità    ☐ Educazione alla memoria</w:t>
      </w:r>
      <w:r w:rsidRPr="00FD42D3">
        <w:rPr>
          <w:lang w:val="it-IT"/>
        </w:rPr>
        <w:br/>
        <w:t xml:space="preserve">☐ Orientamento / </w:t>
      </w:r>
      <w:r w:rsidR="00FD42D3" w:rsidRPr="00FD42D3">
        <w:rPr>
          <w:lang w:val="it-IT"/>
        </w:rPr>
        <w:t>FS</w:t>
      </w:r>
      <w:r w:rsidR="00FD42D3">
        <w:rPr>
          <w:lang w:val="it-IT"/>
        </w:rPr>
        <w:t>L</w:t>
      </w:r>
      <w:r w:rsidRPr="00FD42D3">
        <w:rPr>
          <w:lang w:val="it-IT"/>
        </w:rPr>
        <w:t xml:space="preserve"> / competenze professionali    ☐ Sport, benessere e inclusione</w:t>
      </w:r>
      <w:r w:rsidRPr="00FD42D3">
        <w:rPr>
          <w:lang w:val="it-IT"/>
        </w:rPr>
        <w:br/>
        <w:t>☐ Internazionalizzazione / scambio culturale    ☐ Altro: ________________________________</w:t>
      </w:r>
      <w:r w:rsidRPr="00FD42D3">
        <w:rPr>
          <w:lang w:val="it-IT"/>
        </w:rPr>
        <w:br/>
      </w:r>
    </w:p>
    <w:p w14:paraId="72415E08" w14:textId="77777777" w:rsidR="00D230E5" w:rsidRPr="00FD42D3" w:rsidRDefault="00000000">
      <w:pPr>
        <w:rPr>
          <w:lang w:val="it-IT"/>
        </w:rPr>
      </w:pPr>
      <w:r w:rsidRPr="00FD42D3">
        <w:rPr>
          <w:b/>
          <w:lang w:val="it-IT"/>
        </w:rPr>
        <w:t>Descrizione sintetica della finalità educativa (2-4 righe):</w:t>
      </w:r>
    </w:p>
    <w:p w14:paraId="50C145A0" w14:textId="77777777" w:rsidR="00D230E5" w:rsidRPr="00FD42D3" w:rsidRDefault="00000000">
      <w:pPr>
        <w:rPr>
          <w:lang w:val="it-IT"/>
        </w:rPr>
      </w:pPr>
      <w:r w:rsidRPr="00FD42D3">
        <w:rPr>
          <w:lang w:val="it-IT"/>
        </w:rPr>
        <w:t>________________________________________________________________________________</w:t>
      </w:r>
    </w:p>
    <w:p w14:paraId="2198FA8C" w14:textId="77777777" w:rsidR="00D230E5" w:rsidRPr="00FD42D3" w:rsidRDefault="00000000">
      <w:pPr>
        <w:rPr>
          <w:lang w:val="it-IT"/>
        </w:rPr>
      </w:pPr>
      <w:r w:rsidRPr="00FD42D3">
        <w:rPr>
          <w:lang w:val="it-IT"/>
        </w:rPr>
        <w:t>________________________________________________________________________________</w:t>
      </w:r>
    </w:p>
    <w:p w14:paraId="04D08429" w14:textId="77777777" w:rsidR="00D230E5" w:rsidRPr="00FD42D3" w:rsidRDefault="00000000">
      <w:pPr>
        <w:rPr>
          <w:lang w:val="it-IT"/>
        </w:rPr>
      </w:pPr>
      <w:r w:rsidRPr="00FD42D3">
        <w:rPr>
          <w:lang w:val="it-IT"/>
        </w:rPr>
        <w:t>________________________________________________________________________________</w:t>
      </w:r>
    </w:p>
    <w:p w14:paraId="4E6ACE51" w14:textId="2443BAC8" w:rsidR="00D230E5" w:rsidRPr="00FD42D3" w:rsidRDefault="00000000">
      <w:pPr>
        <w:pStyle w:val="SectionTitleUnified"/>
        <w:pageBreakBefore/>
        <w:rPr>
          <w:lang w:val="it-IT"/>
        </w:rPr>
      </w:pPr>
      <w:r w:rsidRPr="00FD42D3">
        <w:rPr>
          <w:lang w:val="it-IT"/>
        </w:rPr>
        <w:lastRenderedPageBreak/>
        <w:t>4. COLLEGAMENTO AL PTOF</w:t>
      </w:r>
    </w:p>
    <w:p w14:paraId="424E3F9F" w14:textId="77777777" w:rsidR="003B33C5" w:rsidRPr="00FD42D3" w:rsidRDefault="00000000">
      <w:pPr>
        <w:rPr>
          <w:lang w:val="it-IT"/>
        </w:rPr>
      </w:pPr>
      <w:r w:rsidRPr="00FD42D3">
        <w:rPr>
          <w:b/>
          <w:lang w:val="it-IT"/>
        </w:rPr>
        <w:t xml:space="preserve">Collegamento al PTOF: </w:t>
      </w:r>
      <w:r w:rsidRPr="00FD42D3">
        <w:rPr>
          <w:lang w:val="it-IT"/>
        </w:rPr>
        <w:t xml:space="preserve">☐ coerente con il PTOF    </w:t>
      </w:r>
    </w:p>
    <w:p w14:paraId="3F42282B" w14:textId="7206B63C" w:rsidR="003B33C5" w:rsidRDefault="003B33C5" w:rsidP="003B33C5">
      <w:pPr>
        <w:pStyle w:val="Paragrafoelenco"/>
        <w:numPr>
          <w:ilvl w:val="0"/>
          <w:numId w:val="10"/>
        </w:numPr>
      </w:pPr>
      <w:proofErr w:type="spellStart"/>
      <w:r>
        <w:t>Miglioramento</w:t>
      </w:r>
      <w:proofErr w:type="spellEnd"/>
      <w:r>
        <w:t xml:space="preserve"> </w:t>
      </w:r>
      <w:proofErr w:type="spellStart"/>
      <w:r>
        <w:t>risultati</w:t>
      </w:r>
      <w:proofErr w:type="spellEnd"/>
      <w:r>
        <w:t xml:space="preserve"> </w:t>
      </w:r>
      <w:proofErr w:type="spellStart"/>
      <w:r>
        <w:t>scolastici</w:t>
      </w:r>
      <w:proofErr w:type="spellEnd"/>
    </w:p>
    <w:p w14:paraId="78B7BC78" w14:textId="156BF622" w:rsidR="003B33C5" w:rsidRDefault="003B33C5" w:rsidP="003B33C5">
      <w:pPr>
        <w:pStyle w:val="Paragrafoelenco"/>
        <w:numPr>
          <w:ilvl w:val="0"/>
          <w:numId w:val="10"/>
        </w:numPr>
      </w:pPr>
      <w:proofErr w:type="spellStart"/>
      <w:r>
        <w:t>Miglioramento</w:t>
      </w:r>
      <w:proofErr w:type="spellEnd"/>
      <w:r>
        <w:t xml:space="preserve"> prove </w:t>
      </w:r>
      <w:proofErr w:type="spellStart"/>
      <w:r>
        <w:t>standardizzate</w:t>
      </w:r>
      <w:proofErr w:type="spellEnd"/>
    </w:p>
    <w:p w14:paraId="577F5492" w14:textId="535BB033" w:rsidR="003B33C5" w:rsidRDefault="003B33C5" w:rsidP="003B33C5">
      <w:pPr>
        <w:pStyle w:val="Paragrafoelenco"/>
        <w:numPr>
          <w:ilvl w:val="0"/>
          <w:numId w:val="10"/>
        </w:numPr>
      </w:pPr>
      <w:proofErr w:type="spellStart"/>
      <w:r>
        <w:t>Risultati</w:t>
      </w:r>
      <w:proofErr w:type="spellEnd"/>
      <w:r>
        <w:t xml:space="preserve"> a </w:t>
      </w:r>
      <w:proofErr w:type="spellStart"/>
      <w:r>
        <w:t>distanza</w:t>
      </w:r>
      <w:proofErr w:type="spellEnd"/>
      <w:r>
        <w:t xml:space="preserve"> e </w:t>
      </w:r>
      <w:proofErr w:type="spellStart"/>
      <w:r>
        <w:t>orientamento</w:t>
      </w:r>
      <w:proofErr w:type="spellEnd"/>
      <w:r>
        <w:t xml:space="preserve"> </w:t>
      </w:r>
    </w:p>
    <w:p w14:paraId="7F1101D0" w14:textId="4EEB9865" w:rsidR="00D230E5" w:rsidRPr="00FD42D3" w:rsidRDefault="00000000">
      <w:pPr>
        <w:rPr>
          <w:lang w:val="it-IT"/>
        </w:rPr>
      </w:pPr>
      <w:r w:rsidRPr="00FD42D3">
        <w:rPr>
          <w:lang w:val="it-IT"/>
        </w:rPr>
        <w:t>☐ coerente con la programmazione della/e classe/i</w:t>
      </w:r>
    </w:p>
    <w:p w14:paraId="4A7F8970" w14:textId="77777777" w:rsidR="00D230E5" w:rsidRPr="00FD42D3" w:rsidRDefault="00000000">
      <w:pPr>
        <w:rPr>
          <w:lang w:val="it-IT"/>
        </w:rPr>
      </w:pPr>
      <w:r w:rsidRPr="00FD42D3">
        <w:rPr>
          <w:b/>
          <w:lang w:val="it-IT"/>
        </w:rPr>
        <w:t xml:space="preserve">Progetto / area / priorità del PTOF a cui si collega: </w:t>
      </w:r>
      <w:r w:rsidRPr="00FD42D3">
        <w:rPr>
          <w:lang w:val="it-IT"/>
        </w:rPr>
        <w:t>____________________________________________</w:t>
      </w:r>
    </w:p>
    <w:p w14:paraId="19C877B7" w14:textId="77777777" w:rsidR="00D230E5" w:rsidRPr="00FD42D3" w:rsidRDefault="00000000">
      <w:pPr>
        <w:rPr>
          <w:lang w:val="it-IT"/>
        </w:rPr>
      </w:pPr>
      <w:r w:rsidRPr="00FD42D3">
        <w:rPr>
          <w:lang w:val="it-IT"/>
        </w:rPr>
        <w:t>________________________________________________________________________________</w:t>
      </w:r>
    </w:p>
    <w:p w14:paraId="3AA55BC8" w14:textId="77777777" w:rsidR="00D230E5" w:rsidRPr="00FD42D3" w:rsidRDefault="00000000">
      <w:pPr>
        <w:pStyle w:val="SectionTitleUnified"/>
        <w:rPr>
          <w:lang w:val="it-IT"/>
        </w:rPr>
      </w:pPr>
      <w:r w:rsidRPr="00FD42D3">
        <w:rPr>
          <w:lang w:val="it-IT"/>
        </w:rPr>
        <w:t>5. PROGRAMMA ANALITICO / ATTIVITÀ PREVISTE</w:t>
      </w:r>
    </w:p>
    <w:p w14:paraId="74BED940" w14:textId="77777777" w:rsidR="00D230E5" w:rsidRPr="00FD42D3" w:rsidRDefault="00000000">
      <w:pPr>
        <w:rPr>
          <w:lang w:val="it-IT"/>
        </w:rPr>
      </w:pPr>
      <w:r w:rsidRPr="00FD42D3">
        <w:rPr>
          <w:i/>
          <w:lang w:val="it-IT"/>
        </w:rPr>
        <w:t>Indicare le attività essenziali: visite, musei, laboratori, incontri, corso di lingua, attività sportive, ecc. Per le uscite giornaliere indicare, se possibile, anche gli orari.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587"/>
        <w:gridCol w:w="3061"/>
        <w:gridCol w:w="5272"/>
      </w:tblGrid>
      <w:tr w:rsidR="00D230E5" w14:paraId="3B27F5CB" w14:textId="77777777">
        <w:trPr>
          <w:tblHeader/>
          <w:jc w:val="center"/>
        </w:trPr>
        <w:tc>
          <w:tcPr>
            <w:tcW w:w="1587" w:type="dxa"/>
            <w:shd w:val="clear" w:color="auto" w:fill="D9EAF7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58A16509" w14:textId="77777777" w:rsidR="00D230E5" w:rsidRDefault="00000000">
            <w:pPr>
              <w:jc w:val="center"/>
            </w:pPr>
            <w:r>
              <w:rPr>
                <w:b/>
              </w:rPr>
              <w:t>Giorno / ora</w:t>
            </w:r>
          </w:p>
        </w:tc>
        <w:tc>
          <w:tcPr>
            <w:tcW w:w="3061" w:type="dxa"/>
            <w:shd w:val="clear" w:color="auto" w:fill="D9EAF7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42ADDC9E" w14:textId="77777777" w:rsidR="00D230E5" w:rsidRDefault="00000000">
            <w:pPr>
              <w:jc w:val="center"/>
            </w:pPr>
            <w:r>
              <w:rPr>
                <w:b/>
              </w:rPr>
              <w:t>Luogo</w:t>
            </w:r>
          </w:p>
        </w:tc>
        <w:tc>
          <w:tcPr>
            <w:tcW w:w="5272" w:type="dxa"/>
            <w:shd w:val="clear" w:color="auto" w:fill="D9EAF7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22F564C7" w14:textId="77777777" w:rsidR="00D230E5" w:rsidRDefault="00000000">
            <w:pPr>
              <w:jc w:val="center"/>
            </w:pPr>
            <w:r>
              <w:rPr>
                <w:b/>
              </w:rPr>
              <w:t>Attività prevista</w:t>
            </w:r>
          </w:p>
        </w:tc>
      </w:tr>
      <w:tr w:rsidR="00D230E5" w14:paraId="3695FF89" w14:textId="77777777">
        <w:trPr>
          <w:jc w:val="center"/>
        </w:trPr>
        <w:tc>
          <w:tcPr>
            <w:tcW w:w="1587" w:type="dxa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070D3BE0" w14:textId="77777777" w:rsidR="00D230E5" w:rsidRDefault="00D230E5"/>
        </w:tc>
        <w:tc>
          <w:tcPr>
            <w:tcW w:w="3061" w:type="dxa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21BEACA9" w14:textId="77777777" w:rsidR="00D230E5" w:rsidRDefault="00D230E5"/>
        </w:tc>
        <w:tc>
          <w:tcPr>
            <w:tcW w:w="5272" w:type="dxa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2AF29049" w14:textId="77777777" w:rsidR="00D230E5" w:rsidRDefault="00D230E5"/>
        </w:tc>
      </w:tr>
      <w:tr w:rsidR="00D230E5" w14:paraId="6A0DA9B4" w14:textId="77777777">
        <w:trPr>
          <w:jc w:val="center"/>
        </w:trPr>
        <w:tc>
          <w:tcPr>
            <w:tcW w:w="1587" w:type="dxa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3378FB65" w14:textId="77777777" w:rsidR="00D230E5" w:rsidRDefault="00D230E5"/>
        </w:tc>
        <w:tc>
          <w:tcPr>
            <w:tcW w:w="3061" w:type="dxa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43511640" w14:textId="77777777" w:rsidR="00D230E5" w:rsidRDefault="00D230E5"/>
        </w:tc>
        <w:tc>
          <w:tcPr>
            <w:tcW w:w="5272" w:type="dxa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18CF76CF" w14:textId="77777777" w:rsidR="00D230E5" w:rsidRDefault="00D230E5"/>
        </w:tc>
      </w:tr>
      <w:tr w:rsidR="00D230E5" w14:paraId="24C19CAA" w14:textId="77777777">
        <w:trPr>
          <w:jc w:val="center"/>
        </w:trPr>
        <w:tc>
          <w:tcPr>
            <w:tcW w:w="1587" w:type="dxa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29345BAC" w14:textId="77777777" w:rsidR="00D230E5" w:rsidRDefault="00D230E5"/>
        </w:tc>
        <w:tc>
          <w:tcPr>
            <w:tcW w:w="3061" w:type="dxa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58ADA3EF" w14:textId="77777777" w:rsidR="00D230E5" w:rsidRDefault="00D230E5"/>
        </w:tc>
        <w:tc>
          <w:tcPr>
            <w:tcW w:w="5272" w:type="dxa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1876E87C" w14:textId="77777777" w:rsidR="00D230E5" w:rsidRDefault="00D230E5"/>
        </w:tc>
      </w:tr>
      <w:tr w:rsidR="00D230E5" w14:paraId="19097FE0" w14:textId="77777777">
        <w:trPr>
          <w:jc w:val="center"/>
        </w:trPr>
        <w:tc>
          <w:tcPr>
            <w:tcW w:w="1587" w:type="dxa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32A3E167" w14:textId="77777777" w:rsidR="00D230E5" w:rsidRDefault="00D230E5"/>
        </w:tc>
        <w:tc>
          <w:tcPr>
            <w:tcW w:w="3061" w:type="dxa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540AF65F" w14:textId="77777777" w:rsidR="00D230E5" w:rsidRDefault="00D230E5"/>
        </w:tc>
        <w:tc>
          <w:tcPr>
            <w:tcW w:w="5272" w:type="dxa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439A7F11" w14:textId="77777777" w:rsidR="00D230E5" w:rsidRDefault="00D230E5"/>
        </w:tc>
      </w:tr>
      <w:tr w:rsidR="00D230E5" w14:paraId="411723F2" w14:textId="77777777">
        <w:trPr>
          <w:jc w:val="center"/>
        </w:trPr>
        <w:tc>
          <w:tcPr>
            <w:tcW w:w="1587" w:type="dxa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1C7B7FE8" w14:textId="77777777" w:rsidR="00D230E5" w:rsidRDefault="00D230E5"/>
        </w:tc>
        <w:tc>
          <w:tcPr>
            <w:tcW w:w="3061" w:type="dxa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48E69E5A" w14:textId="77777777" w:rsidR="00D230E5" w:rsidRDefault="00D230E5"/>
        </w:tc>
        <w:tc>
          <w:tcPr>
            <w:tcW w:w="5272" w:type="dxa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5255CFF1" w14:textId="77777777" w:rsidR="00D230E5" w:rsidRDefault="00D230E5"/>
        </w:tc>
      </w:tr>
      <w:tr w:rsidR="00D230E5" w14:paraId="3AC3CC9B" w14:textId="77777777">
        <w:trPr>
          <w:jc w:val="center"/>
        </w:trPr>
        <w:tc>
          <w:tcPr>
            <w:tcW w:w="1587" w:type="dxa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2FCADB20" w14:textId="77777777" w:rsidR="00D230E5" w:rsidRDefault="00D230E5"/>
        </w:tc>
        <w:tc>
          <w:tcPr>
            <w:tcW w:w="3061" w:type="dxa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144516CC" w14:textId="77777777" w:rsidR="00D230E5" w:rsidRDefault="00D230E5"/>
        </w:tc>
        <w:tc>
          <w:tcPr>
            <w:tcW w:w="5272" w:type="dxa"/>
            <w:tcMar>
              <w:top w:w="48" w:type="dxa"/>
              <w:left w:w="65" w:type="dxa"/>
              <w:bottom w:w="48" w:type="dxa"/>
              <w:right w:w="65" w:type="dxa"/>
            </w:tcMar>
          </w:tcPr>
          <w:p w14:paraId="39883E1E" w14:textId="77777777" w:rsidR="00D230E5" w:rsidRDefault="00D230E5"/>
        </w:tc>
      </w:tr>
    </w:tbl>
    <w:p w14:paraId="048D29A2" w14:textId="77777777" w:rsidR="00D230E5" w:rsidRDefault="00000000">
      <w:pPr>
        <w:pStyle w:val="SectionTitleUnified"/>
      </w:pPr>
      <w:r>
        <w:t>6. ORGANIZZAZIONE, TRASPORTO, ACCOMPAGNATORI E SERVIZI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7087"/>
      </w:tblGrid>
      <w:tr w:rsidR="00D230E5" w14:paraId="12EF9AB4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682DEBB" w14:textId="77777777" w:rsidR="00D230E5" w:rsidRDefault="00000000">
            <w:r>
              <w:t>Mezzo di trasporto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5A76C39" w14:textId="77777777" w:rsidR="00D230E5" w:rsidRDefault="00000000">
            <w:r>
              <w:t>☐ Pullman   ☐ Treno   ☐ Aereo   ☐ Altro: __________________</w:t>
            </w:r>
          </w:p>
        </w:tc>
      </w:tr>
      <w:tr w:rsidR="00D230E5" w:rsidRPr="00FD42D3" w14:paraId="4C6C4E85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D0EB69F" w14:textId="77777777" w:rsidR="00D230E5" w:rsidRPr="00FD42D3" w:rsidRDefault="00000000">
            <w:pPr>
              <w:rPr>
                <w:lang w:val="it-IT"/>
              </w:rPr>
            </w:pPr>
            <w:r w:rsidRPr="00FD42D3">
              <w:rPr>
                <w:lang w:val="it-IT"/>
              </w:rPr>
              <w:t>Punto e ora di incontro / partenza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880B354" w14:textId="77777777" w:rsidR="00D230E5" w:rsidRPr="00FD42D3" w:rsidRDefault="00D230E5">
            <w:pPr>
              <w:rPr>
                <w:lang w:val="it-IT"/>
              </w:rPr>
            </w:pPr>
          </w:p>
        </w:tc>
      </w:tr>
      <w:tr w:rsidR="00D230E5" w:rsidRPr="00FD42D3" w14:paraId="3014E9DF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20D1636" w14:textId="77777777" w:rsidR="00D230E5" w:rsidRPr="00FD42D3" w:rsidRDefault="00000000">
            <w:pPr>
              <w:rPr>
                <w:lang w:val="it-IT"/>
              </w:rPr>
            </w:pPr>
            <w:r w:rsidRPr="00FD42D3">
              <w:rPr>
                <w:lang w:val="it-IT"/>
              </w:rPr>
              <w:t>Ora / luogo indicativo di rientro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B1A03E9" w14:textId="77777777" w:rsidR="00D230E5" w:rsidRPr="00FD42D3" w:rsidRDefault="00D230E5">
            <w:pPr>
              <w:rPr>
                <w:lang w:val="it-IT"/>
              </w:rPr>
            </w:pPr>
          </w:p>
        </w:tc>
      </w:tr>
      <w:tr w:rsidR="00D230E5" w14:paraId="30C4F5D8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D5CDCF7" w14:textId="77777777" w:rsidR="00D230E5" w:rsidRDefault="00000000">
            <w:proofErr w:type="spellStart"/>
            <w:r>
              <w:t>Docenti</w:t>
            </w:r>
            <w:proofErr w:type="spellEnd"/>
            <w:r>
              <w:t xml:space="preserve"> </w:t>
            </w:r>
            <w:proofErr w:type="spellStart"/>
            <w:r>
              <w:t>disponibili</w:t>
            </w:r>
            <w:proofErr w:type="spellEnd"/>
            <w:r>
              <w:t xml:space="preserve"> ad </w:t>
            </w:r>
            <w:proofErr w:type="spellStart"/>
            <w:r>
              <w:t>accompagnare</w:t>
            </w:r>
            <w:proofErr w:type="spellEnd"/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E95B81C" w14:textId="77777777" w:rsidR="00D230E5" w:rsidRDefault="00D230E5"/>
        </w:tc>
      </w:tr>
      <w:tr w:rsidR="00D230E5" w14:paraId="3F9397EB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F1839FC" w14:textId="77777777" w:rsidR="00D230E5" w:rsidRDefault="00000000">
            <w:r>
              <w:t>Eventuali docenti sostituti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F753C35" w14:textId="77777777" w:rsidR="00D230E5" w:rsidRDefault="00D230E5"/>
        </w:tc>
      </w:tr>
      <w:tr w:rsidR="00D230E5" w14:paraId="2F29614D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C37E3F8" w14:textId="77777777" w:rsidR="00D230E5" w:rsidRDefault="00000000">
            <w:r>
              <w:t>Esigenze particolari / note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7317384" w14:textId="77777777" w:rsidR="00D230E5" w:rsidRDefault="00D230E5"/>
        </w:tc>
      </w:tr>
    </w:tbl>
    <w:p w14:paraId="0F82458D" w14:textId="77777777" w:rsidR="00CC7849" w:rsidRDefault="00CC7849">
      <w:pPr>
        <w:rPr>
          <w:b/>
        </w:rPr>
      </w:pPr>
    </w:p>
    <w:p w14:paraId="02A95633" w14:textId="55614433" w:rsidR="00D230E5" w:rsidRPr="00FD42D3" w:rsidRDefault="00000000">
      <w:pPr>
        <w:rPr>
          <w:lang w:val="it-IT"/>
        </w:rPr>
      </w:pPr>
      <w:r w:rsidRPr="00FD42D3">
        <w:rPr>
          <w:b/>
          <w:lang w:val="it-IT"/>
        </w:rPr>
        <w:t xml:space="preserve">Servizi essenziali richiesti: </w:t>
      </w:r>
      <w:r w:rsidRPr="00FD42D3">
        <w:rPr>
          <w:lang w:val="it-IT"/>
        </w:rPr>
        <w:t>☐ Trasporto    ☐ Pernottamento</w:t>
      </w:r>
      <w:r w:rsidRPr="00FD42D3">
        <w:rPr>
          <w:lang w:val="it-IT"/>
        </w:rPr>
        <w:br/>
        <w:t>☐ Pasti    ☐ Guide / accompagnamento</w:t>
      </w:r>
      <w:r w:rsidRPr="00FD42D3">
        <w:rPr>
          <w:lang w:val="it-IT"/>
        </w:rPr>
        <w:br/>
        <w:t>☐ Ingressi / visite    ☐ Laboratori / attività didattiche</w:t>
      </w:r>
      <w:r w:rsidRPr="00FD42D3">
        <w:rPr>
          <w:lang w:val="it-IT"/>
        </w:rPr>
        <w:br/>
        <w:t>☐ Corso di lingua / certificazione    ☐ Altro: __________________</w:t>
      </w:r>
      <w:r w:rsidRPr="00FD42D3">
        <w:rPr>
          <w:lang w:val="it-IT"/>
        </w:rPr>
        <w:br/>
      </w:r>
    </w:p>
    <w:p w14:paraId="355C8B4A" w14:textId="77777777" w:rsidR="00D230E5" w:rsidRPr="00FD42D3" w:rsidRDefault="00000000">
      <w:pPr>
        <w:pStyle w:val="SectionTitleUnified"/>
        <w:pageBreakBefore/>
        <w:rPr>
          <w:lang w:val="it-IT"/>
        </w:rPr>
      </w:pPr>
      <w:r w:rsidRPr="00FD42D3">
        <w:rPr>
          <w:lang w:val="it-IT"/>
        </w:rPr>
        <w:lastRenderedPageBreak/>
        <w:t>7. COSTI PREVISTI E MODALITÀ DI PAGAMENTO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7087"/>
      </w:tblGrid>
      <w:tr w:rsidR="00D230E5" w14:paraId="10D19CED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A586888" w14:textId="77777777" w:rsidR="00D230E5" w:rsidRPr="00FD42D3" w:rsidRDefault="00000000">
            <w:pPr>
              <w:rPr>
                <w:lang w:val="it-IT"/>
              </w:rPr>
            </w:pPr>
            <w:r w:rsidRPr="00FD42D3">
              <w:rPr>
                <w:lang w:val="it-IT"/>
              </w:rPr>
              <w:t>Costo / quota indicativa per studente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CAF014B" w14:textId="77777777" w:rsidR="00D230E5" w:rsidRDefault="00000000">
            <w:r>
              <w:t>€ __________________________</w:t>
            </w:r>
          </w:p>
        </w:tc>
      </w:tr>
      <w:tr w:rsidR="00D230E5" w14:paraId="088E6E8B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47DDB2E" w14:textId="77777777" w:rsidR="00D230E5" w:rsidRPr="00FD42D3" w:rsidRDefault="00000000">
            <w:pPr>
              <w:rPr>
                <w:lang w:val="it-IT"/>
              </w:rPr>
            </w:pPr>
            <w:r w:rsidRPr="00FD42D3">
              <w:rPr>
                <w:lang w:val="it-IT"/>
              </w:rPr>
              <w:t>Costo complessivo indicativo (se noto)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B4E5E8E" w14:textId="77777777" w:rsidR="00D230E5" w:rsidRDefault="00000000">
            <w:r>
              <w:t>€ __________________________</w:t>
            </w:r>
          </w:p>
        </w:tc>
      </w:tr>
      <w:tr w:rsidR="00D230E5" w14:paraId="4B7ABC77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B336ED6" w14:textId="77777777" w:rsidR="00D230E5" w:rsidRDefault="00000000">
            <w:r>
              <w:t>Servizi compresi nella quota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F2FE540" w14:textId="77777777" w:rsidR="00D230E5" w:rsidRDefault="00D230E5"/>
        </w:tc>
      </w:tr>
      <w:tr w:rsidR="00D230E5" w14:paraId="5417A56C" w14:textId="77777777">
        <w:trPr>
          <w:jc w:val="center"/>
        </w:trPr>
        <w:tc>
          <w:tcPr>
            <w:tcW w:w="2835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E9CF081" w14:textId="77777777" w:rsidR="00D230E5" w:rsidRDefault="00000000">
            <w:r>
              <w:t>Eventuali finanziamenti / contributi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5C36573" w14:textId="77777777" w:rsidR="00D230E5" w:rsidRDefault="00D230E5"/>
        </w:tc>
      </w:tr>
    </w:tbl>
    <w:p w14:paraId="5E87A462" w14:textId="77777777" w:rsidR="009761DB" w:rsidRDefault="009761DB">
      <w:pPr>
        <w:rPr>
          <w:b/>
        </w:rPr>
      </w:pPr>
    </w:p>
    <w:p w14:paraId="2A32065D" w14:textId="7B9D59B6" w:rsidR="00D230E5" w:rsidRPr="00FD42D3" w:rsidRDefault="00000000">
      <w:pPr>
        <w:rPr>
          <w:lang w:val="it-IT"/>
        </w:rPr>
      </w:pPr>
      <w:r w:rsidRPr="00FD42D3">
        <w:rPr>
          <w:b/>
          <w:lang w:val="it-IT"/>
        </w:rPr>
        <w:t xml:space="preserve">Modalità di pagamento: </w:t>
      </w:r>
      <w:r w:rsidRPr="00FD42D3">
        <w:rPr>
          <w:lang w:val="it-IT"/>
        </w:rPr>
        <w:t xml:space="preserve">☐ tramite registro elettronico     </w:t>
      </w:r>
    </w:p>
    <w:p w14:paraId="5C2AE75D" w14:textId="77777777" w:rsidR="00D230E5" w:rsidRPr="00FD42D3" w:rsidRDefault="00000000">
      <w:pPr>
        <w:pStyle w:val="SectionTitleUnified"/>
        <w:rPr>
          <w:lang w:val="it-IT"/>
        </w:rPr>
      </w:pPr>
      <w:r w:rsidRPr="00FD42D3">
        <w:rPr>
          <w:lang w:val="it-IT"/>
        </w:rPr>
        <w:t>8. PROGRAMMAZIONE E ALLEGATI</w:t>
      </w:r>
    </w:p>
    <w:p w14:paraId="53125739" w14:textId="31ACB142" w:rsidR="00D230E5" w:rsidRPr="00FD42D3" w:rsidRDefault="00000000">
      <w:pPr>
        <w:rPr>
          <w:lang w:val="it-IT"/>
        </w:rPr>
      </w:pPr>
      <w:r w:rsidRPr="00FD42D3">
        <w:rPr>
          <w:b/>
          <w:lang w:val="it-IT"/>
        </w:rPr>
        <w:t xml:space="preserve">Allegati alla proposta: </w:t>
      </w:r>
      <w:r w:rsidRPr="00FD42D3">
        <w:rPr>
          <w:lang w:val="it-IT"/>
        </w:rPr>
        <w:t>☐ elenco studenti e accompagnatori   ☐ programma ☐ altro: 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530"/>
      </w:tblGrid>
      <w:tr w:rsidR="00D230E5" w:rsidRPr="00FD42D3" w14:paraId="4EB34940" w14:textId="77777777">
        <w:tc>
          <w:tcPr>
            <w:tcW w:w="10540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A915BB" w14:textId="77777777" w:rsidR="00D230E5" w:rsidRPr="00FD42D3" w:rsidRDefault="00000000">
            <w:pPr>
              <w:rPr>
                <w:lang w:val="it-IT"/>
              </w:rPr>
            </w:pPr>
            <w:r w:rsidRPr="00FD42D3">
              <w:rPr>
                <w:b/>
                <w:lang w:val="it-IT"/>
              </w:rPr>
              <w:t>DICHIARAZIONE DEL DOCENTE PROPONENTE</w:t>
            </w:r>
            <w:r w:rsidRPr="00FD42D3">
              <w:rPr>
                <w:b/>
                <w:lang w:val="it-IT"/>
              </w:rPr>
              <w:br/>
            </w:r>
            <w:r w:rsidRPr="00FD42D3">
              <w:rPr>
                <w:lang w:val="it-IT"/>
              </w:rPr>
              <w:t>La presente scheda costituisce proposta didattica. La realizzazione dell’iniziativa è subordinata all’approvazione degli organi collegiali, all’inserimento nel Piano annuale delle uscite e dei viaggi, alla verifica della fattibilità organizzativa e alle successive procedure amministrative della scuola.</w:t>
            </w:r>
          </w:p>
        </w:tc>
      </w:tr>
    </w:tbl>
    <w:p w14:paraId="32E98918" w14:textId="77777777" w:rsidR="009761DB" w:rsidRPr="00FD42D3" w:rsidRDefault="009761DB">
      <w:pPr>
        <w:rPr>
          <w:lang w:val="it-IT"/>
        </w:rPr>
      </w:pPr>
    </w:p>
    <w:p w14:paraId="4F0DFD6F" w14:textId="63A1027E" w:rsidR="00D230E5" w:rsidRPr="00FD42D3" w:rsidRDefault="00000000">
      <w:pPr>
        <w:rPr>
          <w:lang w:val="it-IT"/>
        </w:rPr>
      </w:pPr>
      <w:r w:rsidRPr="00FD42D3">
        <w:rPr>
          <w:lang w:val="it-IT"/>
        </w:rPr>
        <w:t>Data: ____________________________                  Il docente referente: _______________________________________</w:t>
      </w:r>
    </w:p>
    <w:p w14:paraId="66C060D1" w14:textId="77777777" w:rsidR="00D230E5" w:rsidRPr="00FD42D3" w:rsidRDefault="00000000">
      <w:pPr>
        <w:pStyle w:val="SectionTitleUnified"/>
        <w:rPr>
          <w:lang w:val="it-IT"/>
        </w:rPr>
      </w:pPr>
      <w:r w:rsidRPr="00FD42D3">
        <w:rPr>
          <w:lang w:val="it-IT"/>
        </w:rPr>
        <w:t>SPAZIO RISERVATO ALLA SCUOLA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7087"/>
      </w:tblGrid>
      <w:tr w:rsidR="00D230E5" w:rsidRPr="00FD42D3" w14:paraId="414BD9BC" w14:textId="77777777">
        <w:trPr>
          <w:jc w:val="center"/>
        </w:trPr>
        <w:tc>
          <w:tcPr>
            <w:tcW w:w="2835" w:type="dxa"/>
            <w:shd w:val="clear" w:color="auto" w:fill="FFF2CC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D4F156D" w14:textId="77777777" w:rsidR="00D230E5" w:rsidRDefault="00000000">
            <w:r>
              <w:t xml:space="preserve">Piano </w:t>
            </w:r>
            <w:proofErr w:type="spellStart"/>
            <w:r>
              <w:t>annuale</w:t>
            </w:r>
            <w:proofErr w:type="spellEnd"/>
            <w:r>
              <w:t xml:space="preserve"> </w:t>
            </w:r>
            <w:proofErr w:type="spellStart"/>
            <w:r>
              <w:t>uscite</w:t>
            </w:r>
            <w:proofErr w:type="spellEnd"/>
            <w:r>
              <w:t xml:space="preserve"> / viaggi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DF5FF31" w14:textId="77777777" w:rsidR="00D230E5" w:rsidRPr="00FD42D3" w:rsidRDefault="00000000">
            <w:pPr>
              <w:rPr>
                <w:lang w:val="it-IT"/>
              </w:rPr>
            </w:pPr>
            <w:r w:rsidRPr="00FD42D3">
              <w:rPr>
                <w:lang w:val="it-IT"/>
              </w:rPr>
              <w:t>☐ inserita     ☐ da integrare     ☐ non inserita</w:t>
            </w:r>
          </w:p>
        </w:tc>
      </w:tr>
      <w:tr w:rsidR="00D230E5" w14:paraId="2E39D098" w14:textId="77777777">
        <w:trPr>
          <w:jc w:val="center"/>
        </w:trPr>
        <w:tc>
          <w:tcPr>
            <w:tcW w:w="2835" w:type="dxa"/>
            <w:shd w:val="clear" w:color="auto" w:fill="FFF2CC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5ECE075" w14:textId="77777777" w:rsidR="00D230E5" w:rsidRDefault="00000000">
            <w:proofErr w:type="spellStart"/>
            <w:r>
              <w:t>Esito</w:t>
            </w:r>
            <w:proofErr w:type="spellEnd"/>
            <w:r>
              <w:t xml:space="preserve"> </w:t>
            </w:r>
            <w:proofErr w:type="spellStart"/>
            <w:r>
              <w:t>istruttoria</w:t>
            </w:r>
            <w:proofErr w:type="spellEnd"/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B6BB635" w14:textId="77777777" w:rsidR="00D230E5" w:rsidRDefault="00000000">
            <w:r>
              <w:t>☐ completa      ☐ integrazione richiesta</w:t>
            </w:r>
          </w:p>
        </w:tc>
      </w:tr>
      <w:tr w:rsidR="00D230E5" w14:paraId="03B716EB" w14:textId="77777777">
        <w:trPr>
          <w:jc w:val="center"/>
        </w:trPr>
        <w:tc>
          <w:tcPr>
            <w:tcW w:w="2835" w:type="dxa"/>
            <w:shd w:val="clear" w:color="auto" w:fill="FFF2CC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B0419AD" w14:textId="77777777" w:rsidR="00D230E5" w:rsidRDefault="00000000">
            <w:r>
              <w:t>Dirigente scolastica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75A0678" w14:textId="77777777" w:rsidR="00D230E5" w:rsidRDefault="00000000">
            <w:r>
              <w:t>☐ AUTORIZZA     ☐ NON AUTORIZZA</w:t>
            </w:r>
          </w:p>
        </w:tc>
      </w:tr>
      <w:tr w:rsidR="00D230E5" w14:paraId="456D797D" w14:textId="77777777">
        <w:trPr>
          <w:jc w:val="center"/>
        </w:trPr>
        <w:tc>
          <w:tcPr>
            <w:tcW w:w="2835" w:type="dxa"/>
            <w:shd w:val="clear" w:color="auto" w:fill="FFF2CC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1F6E960" w14:textId="77777777" w:rsidR="00D230E5" w:rsidRDefault="00000000">
            <w:r>
              <w:t>Note / prescrizioni</w:t>
            </w:r>
          </w:p>
        </w:tc>
        <w:tc>
          <w:tcPr>
            <w:tcW w:w="7087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863BD9A" w14:textId="77777777" w:rsidR="00D230E5" w:rsidRDefault="00D230E5"/>
        </w:tc>
      </w:tr>
    </w:tbl>
    <w:p w14:paraId="476F1707" w14:textId="77777777" w:rsidR="009761DB" w:rsidRDefault="009761DB">
      <w:pPr>
        <w:jc w:val="right"/>
        <w:rPr>
          <w:b/>
        </w:rPr>
      </w:pPr>
    </w:p>
    <w:p w14:paraId="13DA8143" w14:textId="14BA3AD1" w:rsidR="00D230E5" w:rsidRPr="00FD42D3" w:rsidRDefault="00000000">
      <w:pPr>
        <w:jc w:val="right"/>
        <w:rPr>
          <w:lang w:val="it-IT"/>
        </w:rPr>
      </w:pPr>
      <w:r w:rsidRPr="00FD42D3">
        <w:rPr>
          <w:b/>
          <w:lang w:val="it-IT"/>
        </w:rPr>
        <w:t>LA DIRIGENTE SCOLASTICA</w:t>
      </w:r>
      <w:r w:rsidRPr="00FD42D3">
        <w:rPr>
          <w:b/>
          <w:lang w:val="it-IT"/>
        </w:rPr>
        <w:br/>
      </w:r>
      <w:r w:rsidRPr="00FD42D3">
        <w:rPr>
          <w:lang w:val="it-IT"/>
        </w:rPr>
        <w:t>dott.ssa Maria Luisa Iaquinta</w:t>
      </w:r>
      <w:r w:rsidRPr="00FD42D3">
        <w:rPr>
          <w:lang w:val="it-IT"/>
        </w:rPr>
        <w:br/>
        <w:t>________________________________________</w:t>
      </w:r>
    </w:p>
    <w:sectPr w:rsidR="00D230E5" w:rsidRPr="00FD42D3" w:rsidSect="00034616">
      <w:footerReference w:type="default" r:id="rId8"/>
      <w:pgSz w:w="12240" w:h="15840"/>
      <w:pgMar w:top="765" w:right="850" w:bottom="73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2A166" w14:textId="77777777" w:rsidR="00BA0838" w:rsidRDefault="00BA0838">
      <w:pPr>
        <w:spacing w:after="0" w:line="240" w:lineRule="auto"/>
      </w:pPr>
      <w:r>
        <w:separator/>
      </w:r>
    </w:p>
  </w:endnote>
  <w:endnote w:type="continuationSeparator" w:id="0">
    <w:p w14:paraId="3B8F4538" w14:textId="77777777" w:rsidR="00BA0838" w:rsidRDefault="00BA0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1FCE1" w14:textId="77777777" w:rsidR="00D230E5" w:rsidRPr="00FD42D3" w:rsidRDefault="00000000">
    <w:pPr>
      <w:pStyle w:val="Pidipagina"/>
      <w:jc w:val="center"/>
      <w:rPr>
        <w:lang w:val="it-IT"/>
      </w:rPr>
    </w:pPr>
    <w:r w:rsidRPr="00FD42D3">
      <w:rPr>
        <w:sz w:val="15"/>
        <w:lang w:val="it-IT"/>
      </w:rPr>
      <w:t>Modulo unificato proposta/richiesta uscita didattica e viaggio d’istruzione – a.s.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1B263" w14:textId="77777777" w:rsidR="00BA0838" w:rsidRDefault="00BA0838">
      <w:pPr>
        <w:spacing w:after="0" w:line="240" w:lineRule="auto"/>
      </w:pPr>
      <w:r>
        <w:separator/>
      </w:r>
    </w:p>
  </w:footnote>
  <w:footnote w:type="continuationSeparator" w:id="0">
    <w:p w14:paraId="16A7A53C" w14:textId="77777777" w:rsidR="00BA0838" w:rsidRDefault="00BA08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44F74F3"/>
    <w:multiLevelType w:val="hybridMultilevel"/>
    <w:tmpl w:val="9FAAEA12"/>
    <w:lvl w:ilvl="0" w:tplc="4E56C67A">
      <w:start w:val="1"/>
      <w:numFmt w:val="bullet"/>
      <w:lvlText w:val=""/>
      <w:lvlJc w:val="left"/>
      <w:pPr>
        <w:ind w:left="27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 w16cid:durableId="872496508">
    <w:abstractNumId w:val="8"/>
  </w:num>
  <w:num w:numId="2" w16cid:durableId="29230769">
    <w:abstractNumId w:val="6"/>
  </w:num>
  <w:num w:numId="3" w16cid:durableId="1432894808">
    <w:abstractNumId w:val="5"/>
  </w:num>
  <w:num w:numId="4" w16cid:durableId="1491945048">
    <w:abstractNumId w:val="4"/>
  </w:num>
  <w:num w:numId="5" w16cid:durableId="1017315435">
    <w:abstractNumId w:val="7"/>
  </w:num>
  <w:num w:numId="6" w16cid:durableId="220601236">
    <w:abstractNumId w:val="3"/>
  </w:num>
  <w:num w:numId="7" w16cid:durableId="1388989277">
    <w:abstractNumId w:val="2"/>
  </w:num>
  <w:num w:numId="8" w16cid:durableId="1792238470">
    <w:abstractNumId w:val="1"/>
  </w:num>
  <w:num w:numId="9" w16cid:durableId="1610623328">
    <w:abstractNumId w:val="0"/>
  </w:num>
  <w:num w:numId="10" w16cid:durableId="14020257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478"/>
    <w:rsid w:val="0015074B"/>
    <w:rsid w:val="001F78B7"/>
    <w:rsid w:val="0029639D"/>
    <w:rsid w:val="00326F90"/>
    <w:rsid w:val="003B33C5"/>
    <w:rsid w:val="004368B1"/>
    <w:rsid w:val="005606BD"/>
    <w:rsid w:val="006C5B28"/>
    <w:rsid w:val="008C24F3"/>
    <w:rsid w:val="009761DB"/>
    <w:rsid w:val="009A57D4"/>
    <w:rsid w:val="00AA1D8D"/>
    <w:rsid w:val="00B47730"/>
    <w:rsid w:val="00BA0838"/>
    <w:rsid w:val="00CB0664"/>
    <w:rsid w:val="00CC7849"/>
    <w:rsid w:val="00D10165"/>
    <w:rsid w:val="00D230E5"/>
    <w:rsid w:val="00D77FCA"/>
    <w:rsid w:val="00E51ADD"/>
    <w:rsid w:val="00FC693F"/>
    <w:rsid w:val="00FD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0750A3"/>
  <w14:defaultImageDpi w14:val="300"/>
  <w15:docId w15:val="{BA4F5AEA-B66F-4E1F-94D5-C73872876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40"/>
    </w:pPr>
    <w:rPr>
      <w:rFonts w:ascii="Aptos" w:hAnsi="Aptos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TitleUnified">
    <w:name w:val="SectionTitleUnified"/>
    <w:pPr>
      <w:spacing w:before="100" w:after="40"/>
    </w:pPr>
    <w:rPr>
      <w:rFonts w:ascii="Aptos" w:hAnsi="Aptos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652</Words>
  <Characters>3719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Dario</cp:lastModifiedBy>
  <cp:revision>4</cp:revision>
  <cp:lastPrinted>2026-09-30T09:51:00Z</cp:lastPrinted>
  <dcterms:created xsi:type="dcterms:W3CDTF">2026-09-30T09:51:00Z</dcterms:created>
  <dcterms:modified xsi:type="dcterms:W3CDTF">2026-09-30T16:10:00Z</dcterms:modified>
  <cp:category/>
</cp:coreProperties>
</file>